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/>
          <w:b/>
          <w:color w:val="000000"/>
          <w:sz w:val="26"/>
        </w:rPr>
        <w:t>ДОГОВОР КУПЛИ ПРОДАЖИ КВАРТИРЫ ШЕЧКОВОЙ</w:t>
      </w:r>
    </w:p>
    <w:p>
      <w:pPr>
        <w:jc w:val="right"/>
      </w:pPr>
      <w:r>
        <w:rPr>
          <w:b/>
        </w:rPr>
        <w:t>ПРОЕКТ</w:t>
      </w:r>
    </w:p>
    <w:p>
      <w:r>
        <w:t>г. Москва                                      «___» ____________ 2026 г.</w:t>
      </w:r>
    </w:p>
    <w:p>
      <w:pPr>
        <w:jc w:val="both"/>
      </w:pPr>
      <w:r>
        <w:t>Шечкова Альбина Николаевна (15.06.1974 г. р., место рождения: пос. Красный Октябрь, Гусь-Хрустальный район Владимирской области, СНИЛС 017-961-021 49, адрес регистрации: 117208, г. Москва, Сумской пр., д. 2, корп. 1, кв. 58), имущество которой реализуется по правилам банкротства умершего гражданина, в лице финансового управляющего Балакина Александра Игоревича (ИНН 325250165710, СНИЛС 149-802-278 87), действующего на основании решения Арбитражного суда города Москвы от 11.09.2026 по делу № А40-22537/2026, далее «Продавец», и ______________________________ (Ф. И. О. / наименование, паспортные или регистрационные данные, адрес), далее «Покупатель», заключили настоящий договор о нижеследующем.</w:t>
      </w:r>
    </w:p>
    <w:p>
      <w:pPr>
        <w:keepNext/>
        <w:spacing w:before="180"/>
        <w:jc w:val="center"/>
      </w:pPr>
      <w:r>
        <w:rPr>
          <w:b/>
        </w:rPr>
        <w:t>1 ПРЕДМЕТ ДОГОВОРА</w:t>
      </w:r>
    </w:p>
    <w:p>
      <w:pPr>
        <w:jc w:val="both"/>
      </w:pPr>
      <w:r>
        <w:t>1.1. Продавец передает в собственность Покупателя, а Покупатель принимает и оплачивает жилое помещение — квартиру общей площадью 44,4 кв. м, кадастровый номер 77:05:0006001:5806, расположенную по адресу: Российская Федерация, г. Москва, вн. тер. г. муниципальный округ Чертаново Северное, проезд Сумской, д. 2, корп. 1, кв. 58 (далее — Квартира).</w:t>
      </w:r>
    </w:p>
    <w:p>
      <w:pPr>
        <w:jc w:val="both"/>
      </w:pPr>
      <w:r>
        <w:t>1.2. Квартира реализуется в рамках дела о банкротстве № А40-22537/2026 как лот № 1. Право Шечковой Альбины Николаевны на Квартиру подтверждается [актуальная выписка ЕГРН: номер и дата записи о праве]. Квартира является предметом залога в пользу Агеевой Ксении Александровны и Будаева Алексея Ивановича согласно определениям Арбитражного суда города Москвы от 23.06.2026 и 26.08.2026 по указанному делу.</w:t>
      </w:r>
    </w:p>
    <w:p>
      <w:pPr>
        <w:jc w:val="both"/>
      </w:pPr>
      <w:r>
        <w:t>1.3. Покупатель признан победителем торгов [код торгов, дата] на основании протокола о результатах торгов № [номер] от [дата]. Квартира отчуждается в ее фактическом состоянии на дату передачи. Имеющиеся у Продавца сведения о зарегистрированных и проживающих лицах, правах третьих лиц, ограничениях и фактическом состоянии передаются Покупателю до подписания договора либо перечисляются в приложении к нему: [перечень сведений по результатам проверки].</w:t>
      </w:r>
    </w:p>
    <w:p>
      <w:pPr>
        <w:jc w:val="both"/>
      </w:pPr>
      <w:r>
        <w:t>1.4. Сведения ЕГРН о зарегистрированных обременениях и ограничениях подлежат проверке на дату подписания договора. Вопрос о прекращении залога в связи с продажей предмета залога в процедуре банкротства и о погашении регистрационных записей разрешается по закону на основании документов о продаже. Продавец оказывает необходимое содействие в государственной регистрации перехода права и погашении записей о прекратившихся обременениях; наличие иных ограничений, если они будут выявлены, указывается в приложении.</w:t>
      </w:r>
    </w:p>
    <w:p>
      <w:pPr>
        <w:keepNext/>
        <w:spacing w:before="180"/>
        <w:jc w:val="center"/>
      </w:pPr>
      <w:r>
        <w:rPr>
          <w:b/>
        </w:rPr>
        <w:t>2 ЦЕНА И ПОРЯДОК РАСЧЕТОВ</w:t>
      </w:r>
    </w:p>
    <w:p>
      <w:pPr>
        <w:jc w:val="both"/>
      </w:pPr>
      <w:r>
        <w:t>2.1. Цена Квартиры по протоколу о результатах торгов составляет [сумма цифрами и прописью] рублей [копейки] копеек. Начальная продажная цена на первых торгах составляла 14 000 000 рублей и не заменяет цену, предложенную победителем.</w:t>
      </w:r>
    </w:p>
    <w:p>
      <w:pPr>
        <w:jc w:val="both"/>
      </w:pPr>
      <w:r>
        <w:t>2.2. Внесенный Покупателем задаток в размере [сумма задатка] рублей засчитывается в счет оплаты Квартиры. Остаток к оплате составляет [цена по протоколу минус задаток] рублей.</w:t>
      </w:r>
    </w:p>
    <w:p>
      <w:pPr>
        <w:jc w:val="both"/>
      </w:pPr>
      <w:r>
        <w:t>2.3. Покупатель перечисляет остаток цены в течение 30 дней со дня подписания настоящего договора на счет [получатель, номер счета, банк, БИК, корреспондентский счет], указанный финансовым управляющим. Обязанность по оплате считается исполненной с момента зачисления всей суммы на указанный счет. Налоговый режим операции определяется по законодательству на дату заключения договора.</w:t>
      </w:r>
    </w:p>
    <w:p>
      <w:pPr>
        <w:jc w:val="both"/>
      </w:pPr>
      <w:r>
        <w:t>2.4. При просрочке оплаты Продавец вправе воспользоваться предусмотренными законом способами защиты, в том числе потребовать оплаты, взыскать убытки либо заявить об отказе от договора при наличии законных оснований. Судьба внесенного задатка определяется законодательством, договором о задатке и обстоятельствами нарушения.</w:t>
      </w:r>
    </w:p>
    <w:p>
      <w:pPr>
        <w:keepNext/>
        <w:spacing w:before="180"/>
        <w:jc w:val="center"/>
      </w:pPr>
      <w:r>
        <w:rPr>
          <w:b/>
        </w:rPr>
        <w:t>3 ПЕРЕДАЧА КВАРТИРЫ И РЕГИСТРАЦИЯ</w:t>
      </w:r>
    </w:p>
    <w:p>
      <w:pPr>
        <w:jc w:val="both"/>
      </w:pPr>
      <w:r>
        <w:t>3.1. Квартира передается после полной оплаты по отдельному акту приема-передачи в течение [___] рабочих дней с даты поступления полной цены, с учетом фактической возможности доступа. До подписания акта стороны фиксируют состояние Квартиры, состав передаваемых ключей и документов. Риск случайной гибели или повреждения переходит к Покупателю с момента передачи Квартиры по акту, если императивными нормами не предусмотрено иное.</w:t>
      </w:r>
    </w:p>
    <w:p>
      <w:pPr>
        <w:jc w:val="both"/>
      </w:pPr>
      <w:r>
        <w:t>3.2. Переход права собственности к Покупателю подлежит государственной регистрации. Стороны предоставляют необходимые документы и совершают требуемые действия для регистрации перехода права после полной оплаты. Расходы на государственную регистрацию перехода права несет Покупатель, если закон не устанавливает иное.</w:t>
      </w:r>
    </w:p>
    <w:p>
      <w:pPr>
        <w:jc w:val="both"/>
      </w:pPr>
      <w:r>
        <w:t>3.3. Настоящий договор сам по себе не является актом приема-передачи. Сведения о лицах, сохраняющих право пользования Квартирой после ее приобретения Покупателем, заполняются после проверки: [отсутствуют / перечень лиц и характер их прав].</w:t>
      </w:r>
    </w:p>
    <w:p>
      <w:pPr>
        <w:keepNext/>
        <w:spacing w:before="180"/>
        <w:jc w:val="center"/>
      </w:pPr>
      <w:r>
        <w:rPr>
          <w:b/>
        </w:rPr>
        <w:t>4 ПРАВА И ОТВЕТСТВЕННОСТЬ СТОРОН</w:t>
      </w:r>
    </w:p>
    <w:p>
      <w:pPr>
        <w:jc w:val="both"/>
      </w:pPr>
      <w:r>
        <w:t>4.1. Продавец предоставляет Покупателю имеющиеся документы об объекте, содействует его передаче и государственной регистрации перехода права. Покупатель оплачивает Квартиру в установленный срок, принимает ее по акту и предоставляет документы, необходимые для государственной регистрации.</w:t>
      </w:r>
    </w:p>
    <w:p>
      <w:pPr>
        <w:jc w:val="both"/>
      </w:pPr>
      <w:r>
        <w:t>4.2. Сторона, нарушившая обязательство, отвечает в соответствии с законодательством Российской Федерации. Сторона, для которой исполнение стало невозможным вследствие обстоятельств непреодолимой силы, уведомляет другую сторону в разумный срок после того, как узнала об их наступлении.</w:t>
      </w:r>
    </w:p>
    <w:p>
      <w:pPr>
        <w:keepNext/>
        <w:spacing w:before="180"/>
        <w:jc w:val="center"/>
      </w:pPr>
      <w:r>
        <w:rPr>
          <w:b/>
        </w:rPr>
        <w:t>5 ЗАКЛЮЧИТЕЛЬНЫЕ ПОЛОЖЕНИЯ</w:t>
      </w:r>
    </w:p>
    <w:p>
      <w:pPr>
        <w:jc w:val="both"/>
      </w:pPr>
      <w:r>
        <w:t>5.1. Договор вступает в силу со дня его подписания. Изменения оформляются в письменной форме и подписываются сторонами. Разногласия разрешаются в судебном порядке при невозможности урегулирования путем переговоров.</w:t>
      </w:r>
    </w:p>
    <w:p>
      <w:pPr>
        <w:jc w:val="both"/>
      </w:pPr>
      <w:r>
        <w:t>5.2. Договор составлен в количестве экземпляров, необходимом сторонам и для государственной регистрации, имеющих равную юридическую силу. Неотъемлемыми документами являются протокол торгов, документы об оплате и подписанный после полной оплаты акт приема-передачи.</w:t>
      </w:r>
    </w:p>
    <w:p>
      <w:pPr>
        <w:keepNext/>
        <w:spacing w:before="180"/>
        <w:jc w:val="center"/>
      </w:pPr>
      <w:r>
        <w:rPr>
          <w:b/>
        </w:rPr>
        <w:t>6 РЕКВИЗИТЫ И ПОДПИСИ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2"/>
        <w:gridCol w:w="5669"/>
      </w:tblGrid>
      <w:tr>
        <w:tc>
          <w:tcPr>
            <w:tcW w:type="dxa" w:w="3402"/>
            <w:vAlign w:val="center"/>
          </w:tcPr>
          <w:p>
            <w:r>
              <w:t>Продавец</w:t>
            </w:r>
          </w:p>
        </w:tc>
        <w:tc>
          <w:tcPr>
            <w:tcW w:type="dxa" w:w="5669"/>
            <w:vAlign w:val="center"/>
          </w:tcPr>
          <w:p>
            <w:r>
              <w:t>Шечкова Альбина Николаевна в лице финансового управляющего Балакина Александра Игоревича</w:t>
              <w:br/>
              <w:t>Адрес для корреспонденции: 115191, г. Москва, ул. Большая Тульская, д. 2, а/я 28</w:t>
              <w:br/>
              <w:t>Эл. почта: alexander_balakin@bk.ru</w:t>
              <w:br/>
              <w:t>Счет для оплаты: [заполнить]</w:t>
            </w:r>
          </w:p>
        </w:tc>
      </w:tr>
      <w:tr>
        <w:tc>
          <w:tcPr>
            <w:tcW w:type="dxa" w:w="3402"/>
            <w:vAlign w:val="center"/>
          </w:tcPr>
          <w:p>
            <w:r>
              <w:t>Покупатель</w:t>
            </w:r>
          </w:p>
        </w:tc>
        <w:tc>
          <w:tcPr>
            <w:tcW w:type="dxa" w:w="5669"/>
            <w:vAlign w:val="center"/>
          </w:tcPr>
          <w:p>
            <w:r>
              <w:t>[Ф. И. О. / наименование, паспорт / регистрационные сведения, адрес, контакты]</w:t>
            </w:r>
          </w:p>
        </w:tc>
      </w:tr>
    </w:tbl>
    <w:p>
      <w:r>
        <w:t>Финансовый управляющий __________________ / Балакин А. И. /</w:t>
      </w:r>
    </w:p>
    <w:p>
      <w:r>
        <w:t>Покупатель __________________ / __________________ /</w:t>
      </w:r>
    </w:p>
    <w:sectPr w:rsidR="00FC693F" w:rsidRPr="0006063C" w:rsidSect="00034616">
      <w:footerReference w:type="default" r:id="rId9"/>
      <w:pgSz w:w="11906" w:h="16838"/>
      <w:pgMar w:top="1134" w:right="1020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